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type="auto" w:w="0"/>
        <w:tblLayout w:type="fixed"/>
        <w:tblLook w:firstColumn="1" w:firstRow="1" w:lastColumn="0" w:lastRow="0" w:noHBand="0" w:noVBand="1" w:val="04A0"/>
      </w:tblPr>
      <w:tblGrid>
        <w:gridCol w:w="3897"/>
        <w:gridCol w:w="3897"/>
        <w:gridCol w:w="3897"/>
      </w:tblGrid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Handmade with love and prayer.</w:t>
              <w:br/>
              <w:t>You are not alone.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deeply loved.</w:t>
              <w:br/>
              <w:t>This was made just for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A gift of care, crafted with compassion.</w:t>
            </w:r>
          </w:p>
        </w:tc>
      </w:tr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wrapped in hope and warmth.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Prayers in every stitch.</w:t>
              <w:br/>
              <w:t>Blessings to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Made to bring a little light into your day.</w:t>
            </w:r>
          </w:p>
        </w:tc>
      </w:tr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Handmade with love and prayer.</w:t>
              <w:br/>
              <w:t>You are not alone.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deeply loved.</w:t>
              <w:br/>
              <w:t>This was made just for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A gift of care, crafted with compassion.</w:t>
            </w:r>
          </w:p>
        </w:tc>
      </w:tr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wrapped in hope and warmth.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Prayers in every stitch.</w:t>
              <w:br/>
              <w:t>Blessings to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Made to bring a little light into your day.</w:t>
            </w:r>
          </w:p>
        </w:tc>
      </w:tr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Handmade with love and prayer.</w:t>
              <w:br/>
              <w:t>You are not alone.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deeply loved.</w:t>
              <w:br/>
              <w:t>This was made just for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A gift of care, crafted with compassion.</w:t>
            </w:r>
          </w:p>
        </w:tc>
      </w:tr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wrapped in hope and warmth.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Prayers in every stitch.</w:t>
              <w:br/>
              <w:t>Blessings to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Made to bring a little light into your day.</w:t>
            </w:r>
          </w:p>
        </w:tc>
      </w:tr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Handmade with love and prayer.</w:t>
              <w:br/>
              <w:t>You are not alone.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deeply loved.</w:t>
              <w:br/>
              <w:t>This was made just for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A gift of care, crafted with compassion.</w:t>
            </w:r>
          </w:p>
        </w:tc>
      </w:tr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wrapped in hope and warmth.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Prayers in every stitch.</w:t>
              <w:br/>
              <w:t>Blessings to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Made to bring a little light into your day.</w:t>
            </w:r>
          </w:p>
        </w:tc>
      </w:tr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Handmade with love and prayer.</w:t>
              <w:br/>
              <w:t>You are not alone.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deeply loved.</w:t>
              <w:br/>
              <w:t>This was made just for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A gift of care, crafted with compassion.</w:t>
            </w:r>
          </w:p>
        </w:tc>
      </w:tr>
      <w:tr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You are wrapped in hope and warmth.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Prayers in every stitch.</w:t>
              <w:br/>
              <w:t>Blessings to you.</w:t>
            </w:r>
          </w:p>
        </w:tc>
        <w:tc>
          <w:tcPr>
            <w:tcW w:type="dxa" w:w="3780"/>
          </w:tcPr>
          <w:p>
            <w:pPr>
              <w:jc w:val="center"/>
            </w:pPr>
            <w:r>
              <w:rPr>
                <w:sz w:val="16"/>
              </w:rPr>
              <w:t>Made to bring a little light into your day.</w:t>
            </w:r>
          </w:p>
        </w:tc>
      </w:tr>
    </w:tbl>
    <w:sectPr w:rsidR="00FC693F" w:rsidRPr="0006063C" w:rsidSect="00034616">
      <w:pgSz w:w="12240" w:h="15840"/>
      <w:pgMar w:top="720" w:right="274" w:bottom="720" w:left="27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